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NH-LIFT Core Facility Voucher Program – Application Form</w:t>
      </w:r>
    </w:p>
    <w:p>
      <w:pPr>
        <w:pStyle w:val="Heading2"/>
      </w:pPr>
      <w:r>
        <w:t>Applicant Information</w:t>
      </w:r>
    </w:p>
    <w:p>
      <w:r>
        <w:t>Applicant Name:</w:t>
      </w:r>
    </w:p>
    <w:p>
      <w:r>
        <w:t>Organization / Institution:</w:t>
      </w:r>
    </w:p>
    <w:p>
      <w:r>
        <w:t>Organization Type: ☐ Small Business (≤500 employees)   ☐ NH Academic Institution</w:t>
      </w:r>
    </w:p>
    <w:p>
      <w:r>
        <w:t>Business Address (if applicable):</w:t>
      </w:r>
    </w:p>
    <w:p>
      <w:r>
        <w:t>Email:</w:t>
      </w:r>
    </w:p>
    <w:p>
      <w:r>
        <w:t>Phone:</w:t>
      </w:r>
    </w:p>
    <w:p>
      <w:pPr>
        <w:pStyle w:val="Heading2"/>
      </w:pPr>
      <w:r>
        <w:t>Project Information</w:t>
      </w:r>
    </w:p>
    <w:p>
      <w:r>
        <w:t>Project Title:</w:t>
      </w:r>
    </w:p>
    <w:p>
      <w:r>
        <w:t>Project Summary &amp; Scope of Work (1–2 paragraphs):</w:t>
      </w:r>
    </w:p>
    <w:p>
      <w:r>
        <w:t>Describe the overall project, goals, and technical approach; outline the specific work to be completed under the voucher, including activities to be performed at the Core Facility.</w:t>
      </w:r>
    </w:p>
    <w:p>
      <w:pPr>
        <w:pStyle w:val="Heading2"/>
      </w:pPr>
      <w:r>
        <w:t>Core Facility Request</w:t>
      </w:r>
    </w:p>
    <w:p>
      <w:r>
        <w:t>Core Facility Name:</w:t>
      </w:r>
    </w:p>
    <w:p>
      <w:r>
        <w:t>Facility Contact (if known):</w:t>
      </w:r>
    </w:p>
    <w:p>
      <w:r>
        <w:t>Description of Services Requested:</w:t>
      </w:r>
    </w:p>
    <w:p>
      <w:r>
        <w:t>Quote Amount: $________</w:t>
      </w:r>
    </w:p>
    <w:p>
      <w:r>
        <w:t>Voucher Amount Requested: $________ (Most requests ≤$20,000 unless strongly justified)</w:t>
      </w:r>
    </w:p>
    <w:p>
      <w:pPr>
        <w:pStyle w:val="Heading2"/>
      </w:pPr>
      <w:r>
        <w:t>Justification (short answers)</w:t>
      </w:r>
    </w:p>
    <w:p>
      <w:r>
        <w:t>1. How does this work align with program goals?</w:t>
      </w:r>
    </w:p>
    <w:p>
      <w:r>
        <w:t>2. Why is new or expanded use of a core facility essential for this project?</w:t>
      </w:r>
    </w:p>
    <w:p>
      <w:r>
        <w:t>3. What are the anticipated outcomes within the 6-month voucher period?</w:t>
      </w:r>
    </w:p>
    <w:p>
      <w:pPr>
        <w:pStyle w:val="Heading2"/>
      </w:pPr>
      <w:r>
        <w:t>Timeline</w:t>
      </w:r>
    </w:p>
    <w:p>
      <w:r>
        <w:t>Proposed Voucher Start Date:</w:t>
      </w:r>
    </w:p>
    <w:p>
      <w:r>
        <w:t>Expected End Date (6 months max):</w:t>
      </w:r>
    </w:p>
    <w:p>
      <w:pPr>
        <w:pStyle w:val="Heading2"/>
      </w:pPr>
      <w:r>
        <w:t>Certification</w:t>
      </w:r>
    </w:p>
    <w:p>
      <w:r>
        <w:t>I certify that the information above is accurate and that my business or institution meets the eligibility requirements of the NH-LIFT Voucher Program.</w:t>
      </w:r>
    </w:p>
    <w:p>
      <w:r>
        <w:t>Signature: ___________________________    Date: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0D3321F54114A9894F053F1524497" ma:contentTypeVersion="13" ma:contentTypeDescription="Create a new document." ma:contentTypeScope="" ma:versionID="4b610f8bbe990ad0b36de6fc46b6f4be">
  <xsd:schema xmlns:xsd="http://www.w3.org/2001/XMLSchema" xmlns:xs="http://www.w3.org/2001/XMLSchema" xmlns:p="http://schemas.microsoft.com/office/2006/metadata/properties" xmlns:ns2="ce38d6ff-7f7f-4c2e-8d9c-2b54fadd0a64" xmlns:ns3="50b7a9e5-d099-4c83-9f13-282c74ae864d" targetNamespace="http://schemas.microsoft.com/office/2006/metadata/properties" ma:root="true" ma:fieldsID="a3561e890d07f39f6242ca658e3402f7" ns2:_="" ns3:_="">
    <xsd:import namespace="ce38d6ff-7f7f-4c2e-8d9c-2b54fadd0a64"/>
    <xsd:import namespace="50b7a9e5-d099-4c83-9f13-282c74ae86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8d6ff-7f7f-4c2e-8d9c-2b54fadd0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04022ad-ef34-4d1e-9200-18c9974f96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7a9e5-d099-4c83-9f13-282c74ae86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dab14fa-db98-4c07-9008-d668a2b015cc}" ma:internalName="TaxCatchAll" ma:showField="CatchAllData" ma:web="50b7a9e5-d099-4c83-9f13-282c74ae86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b7a9e5-d099-4c83-9f13-282c74ae864d" xsi:nil="true"/>
    <lcf76f155ced4ddcb4097134ff3c332f xmlns="ce38d6ff-7f7f-4c2e-8d9c-2b54fadd0a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0D4F08-816F-4B05-A709-587DC041D4AC}"/>
</file>

<file path=customXml/itemProps3.xml><?xml version="1.0" encoding="utf-8"?>
<ds:datastoreItem xmlns:ds="http://schemas.openxmlformats.org/officeDocument/2006/customXml" ds:itemID="{F11BD199-2BAB-4E1C-B815-AA252E3B469D}"/>
</file>

<file path=customXml/itemProps4.xml><?xml version="1.0" encoding="utf-8"?>
<ds:datastoreItem xmlns:ds="http://schemas.openxmlformats.org/officeDocument/2006/customXml" ds:itemID="{9B9C0B1A-DD52-42B5-8EE2-B0CB581BBC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0x0101008700D3321F54114A9894F053F1524497</vt:lpwstr>
  </property>
</Properties>
</file>